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Егорян Гаяне Суреновне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