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«ВИРОМ-ИНВЕСТ» удовлетворить. Предоставить обществу с ограниченной ответственностью «ВИРОМ-ИНВЕСТ»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