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Чекменева П.А. в Арбитражный суд Ямало-Ненецкого автономного округа обратился финансовый управляющий его имуществом с ходатайством об истребовании у ПАО «Сбербанк» и ФКУ «ГИАЦ МВД России» паспортных данных третьих лиц (137 человек). Определением Арбитражного суда Ямало-Ненецкого автономного округа от 17.02.2022, оставленным без изменения постановлением Восьмого арбитражного апелляционного суда от 23.05.2022, в удовлетворении заявления финансового управляющего отказано. Финансовый управляющий Ненароков Е.И. обратился в Судебную коллегию Верховного Суда Российской Федерации с кассационной жалобой на указанные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ходатайства, суды исходили из того, что необходимость истребования запрашиваемых сведений не обусловлена исполнением финансовым управляющим обязанностей, возложенных на него статьей 213.9 Федерального закона от 26.10.2002 № 127-ФЗ «О несостоятельности (банкротстве)», истребуемая информация является персональными данными физических лиц и не относится к сведениям о должнике.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