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иностранному лицу Guangdong Funway Food Co., Ltd. (ООО Гуандун Фаньвэй Шипинь)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