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Попову Владиславу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