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комбинат 2 «Красная заря» Управления Федерального агентства по государственным резервам по Центральному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