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Государственное казенное учреждение Тюменской области "Управление капитального строительства" (подробнее) Ответчики: ООО "Инвестпроект" (подробнее) Иные лица: 8ААС (подробнее) Арбитражный суд Западно-Сибирского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