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«Хартия»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"Технострой" (подробнее) Ответчики: ООО "Хартия"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