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предприятию города Омска «Тепловая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Муниципальное предприятие города Омска "Тепловая компания" (подробнее) Ответчики: Административная комиссия Ленинского административного округа г. Омск (подробнее) Иные лица: Управление делами Администрации города Омска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