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ТПК «Восток-Ресурс»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ТПК "Восток-Ресурс" (подробнее) Ответчики: ПАО Страховая компания "Росгосстрах" в лице филиала СК "Росгосстрах" в Удмуртской Республике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