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Сетевая компания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Отдел государственного надзора Росстандарта по Тюменской области (подробнее) Уральское межрегиональное территориальное управление Федерального агентства по техническому регулированию и метрологии (подробнее) Уральское межрегиональное территориальное управление Федерального агентства по техническому регулированию и метрологии (Росстандарта) - Отдел государственного надзора по Тюменской области (подробнее) Ответчики: ООО Сетевая компания "ВОСТОК" (подробнее) Иные лица: 8 ААС (подробнее) ПРИВОЛЖСКО-УРАЛЬСКОЕ МЕЖРЕГИОНАЛЬНОЕ ТЕРРИТОРИАЛЬНОЕ УПРАВЛЕНИЕ ФЕДЕРАЛЬНОГО АГЕНТСТВА ПО ТЕХНИЧЕСКОМУ РЕГУЛИРОВАНИЮ И МЕТРОЛОГИИ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