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"Азия" (подробнее) Ответчики: Нижне-Волжское управление федеральной службы по экологическому, технологическому и атомному надзору (Ростехнадзор)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