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ИП Зарькова Людмила Ивановна (подробнее) Ответчики: ИП Мальковская Наталья Владимировна (подробнее) Иные лица: Арбитражный суд Поволжского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