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Бердуто Алексею Геннадьевичу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