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Цихоцкому Дмитрию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