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23.11.2021, оставленным без изменения постановлениями Одиннадцатого арбитражного апелляционного суда от 01.02.2022 и Арбитражного суда Поволжского округа от 31.05.2022, требования общества о признании незаконными определений первого заместителя прокурора Ульяновской области Мяльдзина Р.З. от 25.06.2021, действий прокуратуры в виде направления в адрес общества решения от 09.07.2021, бездействия прокуратуры в виде непредставления обществу процессуального решения по жалобе общества от 30.06.2021 № 311 переданы в Ульяновский областной суд для направления в суд общей юрисдикции, к подсудности которого оно отнесено законом, в остальной части в удовлетворении заявленных требований отказано. В кассационной жалобе, поданной в Верховный Суд Российской Федерации, общество, ссылаясь на существенные нарушения норм материального и процессуального права, несоответствие выводов судов фактическим обстоятельствам дела, просит судебные акты отменить. При изучении доводов кассационной жалобы и принятых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Отказывая в удовлетворении заявленных требований,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17.01.1992 № 2202-1 «О прокуратуре Российской Федерации», Федерального закона от 02.05.2006 № 59-ФЗ «О порядке рассмотрения обращений граждан Российской Федерации», Инструкцией о порядке рассмотрения обращений и приема граждан в органах прокуратуры Российской Федерации, утвержденной приказом Генеральной прокуратуры Российской Федерации от 30.01.2013 № 45, исходили из недоказанности обществом нарушения оспариваемыми решениями, действиями, бездействием прав и законных интересов заявителя. Судами установлено, что заинтересованными лицами срок рассмотрения обращений общества не нарушен, на все обращения даны мотивированные ответы.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«Инновация»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"Инновация" (подробнее) Ответчики: И.о. начальника Управления по надзору за исполнением федерального законодательства прокуратуры Ульяновской области Кравченко Д.В. (подробнее) И.о. прокурора Ульяновской области Борозенец Н.Н. (подробнее) И.о. прокурора Ульяновской области Мяльдзин Р.З. (подробнее) Начальник Управления по надзору за исполнением федерального законодательства прокуратуры Ульяновской области Шапиро С.Д. (подробнее) Прокуратура Ульяновской области (подробнее) прокуратуры Ульяновской области -и.о прокурора Ульяновской области Борозенец Н.Н. (подробнее) прокуратуры Ульяновской области - исполняющий обязанности начальника управления Федерального законодательства прокуратуры Ульяновской обл. Кравченко Д.В. (подробнее) прокуратуры Ульяновской области - Исполняющий обязанности Прокурора Ульяновской области Мяльдзин Р.З. (подробнее) прокуратуры Ульяновской области - Чванов М.Ю. (подробнее) Управление контроля (надзор) и регулярной политики администрации Губернатора Ульяновской области (подробнее) Иные лица: Правительство Ульяновской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