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Казаряну Бенямину Климентовичу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