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лесного хозяйства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Министерство экономики и финансов московской области (подробнее) Иные лица: Комитет лесного хозяйства МО (подробнее) Комитет лесного хозяйства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