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«ЭРМА Логистикс»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"Эрма Логистикс" (подробнее) Ответчики: НАХОДКИНСКАЯ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