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«Уралтеплоприбор»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"КЛИМАТЕХНИКА" (подробнее) Ответчики: ООО "Уралтеплоприбор"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