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образования «Светлогорский городской округ»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