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города Москвы «МОСРЕСТАВРАЦИЯ»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ГОСУДАРСТВЕННОЕ КАЗЕННОЕ УЧРЕЖДЕНИЕ ГОРОДА МОСКВЫ "МОСРЕСТАВРАЦИЯ" (подробнее) Ответчики: ООО "АМ-Строй"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