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Артюхову Вадиму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