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Энгельсское опытно-конструкторского бюро «Сигнал» им. А.И. Глухарёва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ОАО Энгельсское опытно-конструкторское бюро "Сигнал" им. А.И. Глухарева (подробнее) Ответчики: Заместитель руководителя ФАС России Д.В.Фесюк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