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«Выксунский металлургический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