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Дальневосточному таможенному управлению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