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«Производственное конструкторское бюро Малышева»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