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«Новокузнецкая домостроительная компания» имени Косилова Анатолия Викторовича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