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«Управление Кировским городским хозяйством»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казенное учреждение "Управление Кировским городским хозяйством" (подробнее) Ответчики: Управление Федеральной антимонопольной службы по Мурманской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