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бюджетному учреждению здравоохранения Тюменской области «Станция скорой медицинской помощи»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Ответчики: ГОСУДАРСТВЕННОЕ БЮДЖЕТНОЕ УЧРЕЖДЕНИЕ ЗДРАВООХРАНЕНИЯ ТЮМЕНСКОЙ ОБЛАСТИ "СТАНЦИЯ СКОРОЙ МЕДИЦИНСКОЙ ПОМОЩИ" (подробнее) ООО "ЭКСПроект" (подробнее) Иные лица: 8ААС (подробнее) Арбитражный суд Западно-Сибирского округа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