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промышленности и торговли Хабаровского края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