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Ямало-Ненецкому автономному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организации закупок Администрации города Новый Уренгой (подробнее) Ответчики: Управление Федеральной антимонопольной службы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Новоуренгойский городской суд Ямало-Ненецкого автономного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