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службы судебных приставов по Новосибирской области (подробнее) Иные лица: Арбитражный суд Западно-Сибирского округа (подробнее) ООО "Кинг"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