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«Юмирс»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"Юмирс" (подробнее) Ответчики: Саратовская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