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«Машиностроительный завод «Армалит»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"МАШИНОСТРОИТЕЛЬНЫЙ ЗАВОД "АРМАЛИТ" (подробнее) Ответчики: АО "ЦЕНТР СУДОРЕМОНТА "ЗВЕЗДОЧКА" (подробнее) АО "ЦС "Звездочка" - ф-л "35 СРЗ" (подробнее) ООО "ТРИТМЭНТ"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