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ОЧКУР ОЛЕГ НИКОЛАЕВИЧ (подробнее) Ответчики: Начальник отдела защиты прав потребителей Колесникова О.В. КФС по надзору в сфере защиты прав потребителей (управление Роспотребнадзора по Амурской области) (подробнее) Иные лица: Управление Федеральной службы по надзору в сфере защиты прав потребителей и благополучия человека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