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Джапасбатову Рустаму Турсунбаевичу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