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«Шереметьево-Карго»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"ШЕРЕМЕТЬЕВО-КАРГО" (подробнее) Ответчики: Шереметьевская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