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«Центральное жилищно-коммунальное управление» Министерства обороны Российской Федерации в лице жилищно-коммунальной службы № 12 (город Великий Новгород) по Западному военному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