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"Энерго Плюс"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