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района Белебеевский район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