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«Восточная Стивидорная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