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«Астраханьгазсервис»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"Астраханьгазсервис" (подробнее) Ответчики: Управление Федеральной антимонопольной службы по Астраханской области (подробнее) Иные лица: 12ААС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