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Азизян Наринэ Вараздатовне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