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«Имаклик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"Имаклик Сервис" (подробнее) Ответчики: Выборгская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