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Многотопливная компания «Олимп»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