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«Научно-производственная корпорация «Иркут»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