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«Ютел»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Ютел (подробнее) Ответчики: Государственное бюджетное профессиональное образовательное учреждение Авиационный техникум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