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ЭКСПОТОРГ (подробнее) Ответчики: Северо-Кавказское Таможенное Управление Дагестанская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