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«Автомобильные дороги Центрального административного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